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5C7" w:rsidRDefault="000F75C7">
      <w:pPr>
        <w:autoSpaceDE w:val="0"/>
        <w:autoSpaceDN w:val="0"/>
        <w:spacing w:after="216" w:line="220" w:lineRule="exact"/>
        <w:rPr>
          <w:lang w:val="ru-RU"/>
        </w:rPr>
      </w:pPr>
    </w:p>
    <w:p w:rsidR="0077507C" w:rsidRPr="0077507C" w:rsidRDefault="0077507C" w:rsidP="0077507C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77507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77507C" w:rsidRPr="0077507C" w:rsidRDefault="0077507C" w:rsidP="0077507C">
      <w:pPr>
        <w:autoSpaceDE w:val="0"/>
        <w:autoSpaceDN w:val="0"/>
        <w:spacing w:before="670" w:after="0" w:line="230" w:lineRule="auto"/>
        <w:ind w:left="1584"/>
        <w:rPr>
          <w:lang w:val="ru-RU"/>
        </w:rPr>
      </w:pPr>
      <w:r w:rsidRPr="0077507C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77507C" w:rsidRPr="0077507C" w:rsidRDefault="0077507C" w:rsidP="0077507C">
      <w:pPr>
        <w:autoSpaceDE w:val="0"/>
        <w:autoSpaceDN w:val="0"/>
        <w:spacing w:before="1390" w:after="0" w:line="230" w:lineRule="auto"/>
        <w:ind w:left="1560"/>
        <w:rPr>
          <w:lang w:val="ru-RU"/>
        </w:rPr>
      </w:pPr>
      <w:r w:rsidRPr="0077507C">
        <w:rPr>
          <w:rFonts w:ascii="Times New Roman" w:eastAsia="Times New Roman" w:hAnsi="Times New Roman"/>
          <w:color w:val="000000"/>
          <w:sz w:val="24"/>
          <w:lang w:val="ru-RU"/>
        </w:rPr>
        <w:t>МБОУ «Сюкеевская средняя общеобразовательная школа»</w:t>
      </w:r>
    </w:p>
    <w:p w:rsidR="0077507C" w:rsidRPr="0077507C" w:rsidRDefault="0077507C" w:rsidP="0077507C">
      <w:pPr>
        <w:autoSpaceDE w:val="0"/>
        <w:autoSpaceDN w:val="0"/>
        <w:spacing w:before="2112" w:after="0" w:line="262" w:lineRule="auto"/>
        <w:ind w:left="3024" w:right="3600"/>
        <w:jc w:val="center"/>
        <w:rPr>
          <w:lang w:val="ru-RU"/>
        </w:rPr>
      </w:pPr>
      <w:r w:rsidRPr="0077507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77507C">
        <w:rPr>
          <w:lang w:val="ru-RU"/>
        </w:rPr>
        <w:br/>
      </w:r>
      <w:r w:rsidRPr="0077507C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77507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4581933)</w:t>
      </w:r>
    </w:p>
    <w:p w:rsidR="0077507C" w:rsidRPr="0077507C" w:rsidRDefault="0077507C" w:rsidP="0077507C">
      <w:pPr>
        <w:autoSpaceDE w:val="0"/>
        <w:autoSpaceDN w:val="0"/>
        <w:spacing w:before="166" w:after="0" w:line="262" w:lineRule="auto"/>
        <w:ind w:left="2736" w:right="3168"/>
        <w:jc w:val="center"/>
        <w:rPr>
          <w:lang w:val="ru-RU"/>
        </w:rPr>
      </w:pPr>
      <w:r w:rsidRPr="0077507C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77507C">
        <w:rPr>
          <w:lang w:val="ru-RU"/>
        </w:rPr>
        <w:br/>
      </w:r>
      <w:r w:rsidRPr="0077507C">
        <w:rPr>
          <w:rFonts w:ascii="Times New Roman" w:eastAsia="Times New Roman" w:hAnsi="Times New Roman"/>
          <w:color w:val="000000"/>
          <w:sz w:val="24"/>
          <w:lang w:val="ru-RU"/>
        </w:rPr>
        <w:t>«Иностранный язык (английский)»</w:t>
      </w:r>
    </w:p>
    <w:p w:rsidR="0077507C" w:rsidRPr="0077507C" w:rsidRDefault="0077507C" w:rsidP="0077507C">
      <w:pPr>
        <w:autoSpaceDE w:val="0"/>
        <w:autoSpaceDN w:val="0"/>
        <w:spacing w:before="670" w:after="0" w:line="262" w:lineRule="auto"/>
        <w:ind w:left="2304" w:right="2592"/>
        <w:jc w:val="center"/>
        <w:rPr>
          <w:lang w:val="ru-RU"/>
        </w:rPr>
      </w:pPr>
      <w:r w:rsidRPr="0077507C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77507C">
        <w:rPr>
          <w:lang w:val="ru-RU"/>
        </w:rPr>
        <w:br/>
      </w:r>
      <w:r w:rsidRPr="0077507C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77507C" w:rsidRPr="0077507C" w:rsidRDefault="0077507C" w:rsidP="0077507C">
      <w:pPr>
        <w:autoSpaceDE w:val="0"/>
        <w:autoSpaceDN w:val="0"/>
        <w:spacing w:before="2110" w:after="0" w:line="262" w:lineRule="auto"/>
        <w:ind w:left="6776" w:hanging="1848"/>
        <w:rPr>
          <w:lang w:val="ru-RU"/>
        </w:rPr>
      </w:pPr>
      <w:r w:rsidRPr="0077507C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Маямсина Екатерина Павловна </w:t>
      </w:r>
      <w:r w:rsidRPr="0077507C">
        <w:rPr>
          <w:lang w:val="ru-RU"/>
        </w:rPr>
        <w:br/>
      </w:r>
      <w:r w:rsidRPr="0077507C">
        <w:rPr>
          <w:rFonts w:ascii="Times New Roman" w:eastAsia="Times New Roman" w:hAnsi="Times New Roman"/>
          <w:color w:val="000000"/>
          <w:sz w:val="24"/>
          <w:lang w:val="ru-RU"/>
        </w:rPr>
        <w:t>учитель английского языка</w:t>
      </w:r>
    </w:p>
    <w:p w:rsidR="0077507C" w:rsidRDefault="0077507C" w:rsidP="0077507C">
      <w:pPr>
        <w:autoSpaceDE w:val="0"/>
        <w:autoSpaceDN w:val="0"/>
        <w:spacing w:before="2832" w:after="0" w:line="230" w:lineRule="auto"/>
        <w:ind w:right="4298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Сюкеево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2022</w:t>
      </w:r>
    </w:p>
    <w:p w:rsidR="0077507C" w:rsidRDefault="0077507C" w:rsidP="0077507C">
      <w:pPr>
        <w:sectPr w:rsidR="0077507C">
          <w:pgSz w:w="11900" w:h="16840"/>
          <w:pgMar w:top="298" w:right="874" w:bottom="1412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77507C" w:rsidRDefault="0077507C">
      <w:pPr>
        <w:autoSpaceDE w:val="0"/>
        <w:autoSpaceDN w:val="0"/>
        <w:spacing w:after="216" w:line="220" w:lineRule="exact"/>
        <w:rPr>
          <w:lang w:val="ru-RU"/>
        </w:rPr>
      </w:pPr>
    </w:p>
    <w:p w:rsidR="0077507C" w:rsidRDefault="0077507C">
      <w:pPr>
        <w:autoSpaceDE w:val="0"/>
        <w:autoSpaceDN w:val="0"/>
        <w:spacing w:after="216" w:line="220" w:lineRule="exact"/>
        <w:rPr>
          <w:lang w:val="ru-RU"/>
        </w:rPr>
      </w:pPr>
    </w:p>
    <w:p w:rsidR="0077507C" w:rsidRDefault="0077507C">
      <w:pPr>
        <w:autoSpaceDE w:val="0"/>
        <w:autoSpaceDN w:val="0"/>
        <w:spacing w:after="216" w:line="220" w:lineRule="exact"/>
        <w:rPr>
          <w:lang w:val="ru-RU"/>
        </w:rPr>
      </w:pPr>
    </w:p>
    <w:p w:rsidR="0077507C" w:rsidRDefault="0077507C">
      <w:pPr>
        <w:autoSpaceDE w:val="0"/>
        <w:autoSpaceDN w:val="0"/>
        <w:spacing w:after="216" w:line="220" w:lineRule="exact"/>
        <w:rPr>
          <w:lang w:val="ru-RU"/>
        </w:rPr>
      </w:pPr>
    </w:p>
    <w:p w:rsidR="0077507C" w:rsidRDefault="0077507C">
      <w:pPr>
        <w:autoSpaceDE w:val="0"/>
        <w:autoSpaceDN w:val="0"/>
        <w:spacing w:after="216" w:line="220" w:lineRule="exact"/>
        <w:rPr>
          <w:lang w:val="ru-RU"/>
        </w:rPr>
      </w:pPr>
    </w:p>
    <w:p w:rsidR="000F75C7" w:rsidRDefault="006E6BDD" w:rsidP="00BD30D8">
      <w:pPr>
        <w:autoSpaceDE w:val="0"/>
        <w:autoSpaceDN w:val="0"/>
        <w:spacing w:after="0" w:line="230" w:lineRule="auto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0F75C7" w:rsidRPr="006E6BDD" w:rsidRDefault="006E6BDD">
      <w:pPr>
        <w:autoSpaceDE w:val="0"/>
        <w:autoSpaceDN w:val="0"/>
        <w:spacing w:before="346" w:after="0" w:line="286" w:lineRule="auto"/>
        <w:ind w:right="144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английскому языку для обучающихся 5 классов составлена на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основе«Требований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программы основного общего образования и элементов содержания,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0F75C7" w:rsidRPr="006E6BDD" w:rsidRDefault="006E6BDD">
      <w:pPr>
        <w:autoSpaceDE w:val="0"/>
        <w:autoSpaceDN w:val="0"/>
        <w:spacing w:before="264" w:after="0" w:line="262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(АНГЛИЙСКИЙ) ЯЗЫК »</w:t>
      </w:r>
    </w:p>
    <w:p w:rsidR="000F75C7" w:rsidRPr="006E6BDD" w:rsidRDefault="006E6BDD">
      <w:pPr>
        <w:autoSpaceDE w:val="0"/>
        <w:autoSpaceDN w:val="0"/>
        <w:spacing w:before="166" w:after="0" w:line="286" w:lineRule="auto"/>
        <w:ind w:right="288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0F75C7" w:rsidRPr="006E6BDD" w:rsidRDefault="006E6BDD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0F75C7" w:rsidRPr="006E6BDD" w:rsidRDefault="006E6BDD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0F75C7" w:rsidRPr="006E6BDD" w:rsidRDefault="006E6BDD">
      <w:pPr>
        <w:autoSpaceDE w:val="0"/>
        <w:autoSpaceDN w:val="0"/>
        <w:spacing w:before="190" w:after="0" w:line="281" w:lineRule="auto"/>
        <w:ind w:right="288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постглобализации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62" w:lineRule="auto"/>
        <w:ind w:right="1728"/>
        <w:rPr>
          <w:lang w:val="ru-RU"/>
        </w:rPr>
      </w:pPr>
      <w:r w:rsidRPr="006E6BDD">
        <w:rPr>
          <w:lang w:val="ru-RU"/>
        </w:rPr>
        <w:lastRenderedPageBreak/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0F75C7" w:rsidRPr="006E6BDD" w:rsidRDefault="006E6BDD">
      <w:pPr>
        <w:autoSpaceDE w:val="0"/>
        <w:autoSpaceDN w:val="0"/>
        <w:spacing w:before="262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(АНГЛИЙСКИЙ) ЯЗЫК»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уровнях и, соответственно,</w:t>
      </w:r>
    </w:p>
    <w:p w:rsidR="000F75C7" w:rsidRPr="006E6BDD" w:rsidRDefault="000F75C7">
      <w:pPr>
        <w:autoSpaceDE w:val="0"/>
        <w:autoSpaceDN w:val="0"/>
        <w:spacing w:after="66" w:line="220" w:lineRule="exact"/>
        <w:rPr>
          <w:lang w:val="ru-RU"/>
        </w:rPr>
      </w:pPr>
    </w:p>
    <w:p w:rsidR="000F75C7" w:rsidRPr="006E6BDD" w:rsidRDefault="006E6BDD">
      <w:pPr>
        <w:autoSpaceDE w:val="0"/>
        <w:autoSpaceDN w:val="0"/>
        <w:spacing w:after="0" w:line="281" w:lineRule="auto"/>
        <w:ind w:right="432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воплощаются в личностных,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общеучебных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речевая компетенция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— развитие коммуникативных умений в четырёх основных видах речевой деятельности (говорении,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, чтении, письме);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языковая компетенция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— овладение новыми языковыми средствами (фонетическими,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социокультурная/межкультурная компетенция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компенсаторная компетенция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0F75C7" w:rsidRPr="006E6BDD" w:rsidRDefault="006E6BDD">
      <w:pPr>
        <w:autoSpaceDE w:val="0"/>
        <w:autoSpaceDN w:val="0"/>
        <w:spacing w:before="190" w:after="0"/>
        <w:ind w:right="720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0F75C7" w:rsidRPr="006E6BDD" w:rsidRDefault="006E6BDD">
      <w:pPr>
        <w:autoSpaceDE w:val="0"/>
        <w:autoSpaceDN w:val="0"/>
        <w:spacing w:before="190" w:after="0" w:line="283" w:lineRule="auto"/>
        <w:ind w:right="288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признаются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компетентностный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, системно-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0F75C7" w:rsidRPr="006E6BDD" w:rsidRDefault="006E6BDD">
      <w:pPr>
        <w:autoSpaceDE w:val="0"/>
        <w:autoSpaceDN w:val="0"/>
        <w:spacing w:before="264" w:after="0" w:line="262" w:lineRule="auto"/>
        <w:ind w:right="4176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В УЧЕБНОМ </w:t>
      </w:r>
      <w:proofErr w:type="gramStart"/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ПЛАНЕ«</w:t>
      </w:r>
      <w:proofErr w:type="gramEnd"/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ИНОСТРАННЫЙ (АНГЛИЙСКИЙ) ЯЗЫК»</w:t>
      </w:r>
    </w:p>
    <w:p w:rsidR="000F75C7" w:rsidRPr="006E6BDD" w:rsidRDefault="006E6BDD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0F75C7" w:rsidRPr="006E6BDD" w:rsidRDefault="000F75C7">
      <w:pPr>
        <w:autoSpaceDE w:val="0"/>
        <w:autoSpaceDN w:val="0"/>
        <w:spacing w:after="78" w:line="220" w:lineRule="exact"/>
        <w:rPr>
          <w:lang w:val="ru-RU"/>
        </w:rPr>
      </w:pPr>
    </w:p>
    <w:p w:rsidR="000F75C7" w:rsidRPr="006E6BDD" w:rsidRDefault="006E6BDD">
      <w:pPr>
        <w:autoSpaceDE w:val="0"/>
        <w:autoSpaceDN w:val="0"/>
        <w:spacing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346" w:after="0" w:line="271" w:lineRule="auto"/>
        <w:ind w:right="1152"/>
        <w:rPr>
          <w:lang w:val="ru-RU"/>
        </w:rPr>
      </w:pPr>
      <w:r w:rsidRPr="006E6BDD">
        <w:rPr>
          <w:lang w:val="ru-RU"/>
        </w:rPr>
        <w:lastRenderedPageBreak/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Погода. Родной город/село. Транспорт.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 характера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:  начинать, 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0F75C7" w:rsidRPr="006E6BDD" w:rsidRDefault="006E6BDD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0F75C7" w:rsidRPr="006E6BDD" w:rsidRDefault="006E6BD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речи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1) создание устных  связных  монологических  высказываний с использованием основных коммуникативных типов речи: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2) изложение (пересказ) основного содержания прочитанного текста;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3) краткое изложение результатов выполненной проектной работы.</w:t>
      </w:r>
    </w:p>
    <w:p w:rsidR="000F75C7" w:rsidRPr="006E6BDD" w:rsidRDefault="006E6BD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:rsidR="000F75C7" w:rsidRPr="006E6BDD" w:rsidRDefault="000F75C7">
      <w:pPr>
        <w:rPr>
          <w:lang w:val="ru-RU"/>
        </w:rPr>
        <w:sectPr w:rsidR="000F75C7" w:rsidRPr="006E6BDD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Pr="006E6BDD" w:rsidRDefault="000F75C7">
      <w:pPr>
        <w:autoSpaceDE w:val="0"/>
        <w:autoSpaceDN w:val="0"/>
        <w:spacing w:after="78" w:line="220" w:lineRule="exact"/>
        <w:rPr>
          <w:lang w:val="ru-RU"/>
        </w:rPr>
      </w:pPr>
    </w:p>
    <w:p w:rsidR="000F75C7" w:rsidRPr="006E6BDD" w:rsidRDefault="006E6BD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6E6BDD">
        <w:rPr>
          <w:lang w:val="ru-RU"/>
        </w:rPr>
        <w:tab/>
      </w:r>
      <w:proofErr w:type="spellStart"/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proofErr w:type="spellStart"/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аудирования</w:t>
      </w:r>
      <w:proofErr w:type="spellEnd"/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на услышанное;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0F75C7" w:rsidRPr="006E6BDD" w:rsidRDefault="006E6BDD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0F75C7" w:rsidRPr="006E6BDD" w:rsidRDefault="006E6BD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 предполагает умение выделять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текста/текстов для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0F75C7" w:rsidRPr="006E6BDD" w:rsidRDefault="006E6BDD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несущественные для понимания основного содержания.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(таблиц) и понимание представленной в них информации.</w:t>
      </w:r>
    </w:p>
    <w:p w:rsidR="000F75C7" w:rsidRPr="006E6BDD" w:rsidRDefault="006E6BDD">
      <w:pPr>
        <w:autoSpaceDE w:val="0"/>
        <w:autoSpaceDN w:val="0"/>
        <w:spacing w:before="72" w:after="0" w:line="271" w:lineRule="auto"/>
        <w:ind w:right="102" w:firstLine="180"/>
        <w:jc w:val="both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(таблица).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 слов.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с праздниками (с Новым годом, Рождеством, днём рождения);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стране/странах изучаемого языка;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0F75C7" w:rsidRPr="006E6BDD" w:rsidRDefault="000F75C7">
      <w:pPr>
        <w:rPr>
          <w:lang w:val="ru-RU"/>
        </w:rPr>
        <w:sectPr w:rsidR="000F75C7" w:rsidRPr="006E6BDD">
          <w:pgSz w:w="11900" w:h="16840"/>
          <w:pgMar w:top="298" w:right="648" w:bottom="47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0F75C7" w:rsidRPr="006E6BDD" w:rsidRDefault="000F75C7">
      <w:pPr>
        <w:autoSpaceDE w:val="0"/>
        <w:autoSpaceDN w:val="0"/>
        <w:spacing w:after="78" w:line="220" w:lineRule="exact"/>
        <w:rPr>
          <w:lang w:val="ru-RU"/>
        </w:rPr>
      </w:pPr>
    </w:p>
    <w:p w:rsidR="000F75C7" w:rsidRPr="006E6BDD" w:rsidRDefault="006E6BDD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Различение на  слух  и  адекватное,  без  ошибок, 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0F75C7" w:rsidRPr="006E6BDD" w:rsidRDefault="006E6BDD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0F75C7" w:rsidRPr="006E6BDD" w:rsidRDefault="006E6BD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 слов.</w:t>
      </w:r>
    </w:p>
    <w:p w:rsidR="000F75C7" w:rsidRPr="006E6BDD" w:rsidRDefault="006E6BDD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0F75C7" w:rsidRPr="006E6BDD" w:rsidRDefault="006E6BDD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аффиксация: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существительных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visitor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scientist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tourist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dis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cussion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invitation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 прилагательных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wonderful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Russian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American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образование наречий при помощи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recently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unhappy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unreality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unusually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Предложения с несколькими обстоятельствами, следующими в определённом порядке.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F75C7" w:rsidRPr="006E6BDD" w:rsidRDefault="006E6BD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-временных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предложениях.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во множественном числе, в том числе имена существительные, имеющие</w:t>
      </w:r>
    </w:p>
    <w:p w:rsidR="000F75C7" w:rsidRPr="006E6BDD" w:rsidRDefault="000F75C7">
      <w:pPr>
        <w:rPr>
          <w:lang w:val="ru-RU"/>
        </w:rPr>
        <w:sectPr w:rsidR="000F75C7" w:rsidRPr="006E6BDD">
          <w:pgSz w:w="11900" w:h="16840"/>
          <w:pgMar w:top="298" w:right="698" w:bottom="416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0F75C7" w:rsidRPr="006E6BDD" w:rsidRDefault="000F75C7">
      <w:pPr>
        <w:autoSpaceDE w:val="0"/>
        <w:autoSpaceDN w:val="0"/>
        <w:spacing w:after="66" w:line="220" w:lineRule="exact"/>
        <w:rPr>
          <w:lang w:val="ru-RU"/>
        </w:rPr>
      </w:pPr>
    </w:p>
    <w:p w:rsidR="000F75C7" w:rsidRPr="006E6BDD" w:rsidRDefault="006E6BDD">
      <w:pPr>
        <w:autoSpaceDE w:val="0"/>
        <w:autoSpaceDN w:val="0"/>
        <w:spacing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форму только множественного числа.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с причастиями настоящего и прошедшего времени.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0F75C7" w:rsidRPr="006E6BDD" w:rsidRDefault="006E6BDD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0F75C7" w:rsidRPr="006E6BDD" w:rsidRDefault="006E6BDD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умений: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свои имя и фамилию, а также имена и фамилии своих родственников и друзей на английском языке;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анкете, формуляре);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0F75C7" w:rsidRPr="006E6BDD" w:rsidRDefault="006E6BDD">
      <w:pPr>
        <w:autoSpaceDE w:val="0"/>
        <w:autoSpaceDN w:val="0"/>
        <w:spacing w:before="190" w:after="0" w:line="262" w:lineRule="auto"/>
        <w:ind w:left="180" w:right="864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языковой, в том числе контекстуальной, догадки.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0F75C7" w:rsidRPr="006E6BDD" w:rsidRDefault="000F75C7">
      <w:pPr>
        <w:autoSpaceDE w:val="0"/>
        <w:autoSpaceDN w:val="0"/>
        <w:spacing w:after="78" w:line="220" w:lineRule="exact"/>
        <w:rPr>
          <w:lang w:val="ru-RU"/>
        </w:rPr>
      </w:pPr>
    </w:p>
    <w:p w:rsidR="000F75C7" w:rsidRPr="006E6BDD" w:rsidRDefault="006E6BDD">
      <w:pPr>
        <w:autoSpaceDE w:val="0"/>
        <w:autoSpaceDN w:val="0"/>
        <w:spacing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346" w:after="0" w:line="262" w:lineRule="auto"/>
        <w:ind w:right="432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английского языка в 5 классе направлено на достижение обучающимися личностных,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0F75C7" w:rsidRPr="006E6BDD" w:rsidRDefault="006E6BDD">
      <w:pPr>
        <w:autoSpaceDE w:val="0"/>
        <w:autoSpaceDN w:val="0"/>
        <w:spacing w:before="262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F75C7" w:rsidRPr="006E6BDD" w:rsidRDefault="006E6BDD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6E6BDD">
        <w:rPr>
          <w:lang w:val="ru-RU"/>
        </w:rPr>
        <w:lastRenderedPageBreak/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Организации, местного сообщества, родного края, страны;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гуманитарной деятельности (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6E6BDD">
        <w:rPr>
          <w:lang w:val="ru-RU"/>
        </w:rPr>
        <w:tab/>
      </w:r>
      <w:proofErr w:type="spellStart"/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Эстетическоговоспитания</w:t>
      </w:r>
      <w:proofErr w:type="spellEnd"/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r w:rsidRPr="006E6BDD">
        <w:rPr>
          <w:lang w:val="ru-RU"/>
        </w:rPr>
        <w:br/>
      </w:r>
      <w:r w:rsidRPr="006E6BDD">
        <w:rPr>
          <w:lang w:val="ru-RU"/>
        </w:rPr>
        <w:lastRenderedPageBreak/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навыков безопасного поведения в интернет-среде;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дальнейшие цели;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эмоциональное состояние себя и других, умение управлять собственным эмоциональным состоянием;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адаптироваться в профессиональной среде;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 и результатам трудовой деятельности;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роли как гражданина и потребителя в условиях взаимосвязи природной,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практической деятельности экологической направленности.</w:t>
      </w:r>
    </w:p>
    <w:p w:rsidR="000F75C7" w:rsidRDefault="006E6BDD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языковой и читательской культурой как средством познания мира;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</w:t>
      </w:r>
    </w:p>
    <w:p w:rsidR="000F75C7" w:rsidRPr="006E6BDD" w:rsidRDefault="006E6BDD">
      <w:pPr>
        <w:autoSpaceDE w:val="0"/>
        <w:autoSpaceDN w:val="0"/>
        <w:spacing w:after="0" w:line="262" w:lineRule="auto"/>
        <w:ind w:right="864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наблюдений, поступков и стремление совершенствовать пути достижения индивидуального и коллективного благополучия.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Личностные результаты, обеспечивающие адаптацию </w:t>
      </w:r>
      <w:proofErr w:type="spellStart"/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обучающегосяк</w:t>
      </w:r>
      <w:proofErr w:type="spellEnd"/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изменяющимся условиям социальной и природной среды, включают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деятельности, а также в рамках социального взаимодействия с людьми из другой культурной среды; </w:t>
      </w:r>
      <w:r w:rsidRPr="006E6BDD">
        <w:rPr>
          <w:lang w:val="ru-RU"/>
        </w:rPr>
        <w:lastRenderedPageBreak/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взаимодействовать в условиях неопределённости, открытость опыту и знаниям других;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анализировать и выявлять взаимосвязи природы, общества и экономики;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последствий;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осознавать стрессовую ситуацию, оценивать происходящие изменения и их последствия;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стрессовую ситуацию как вызов, требующий контрмер;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быть готовым действовать в отсутствие гарантий успеха.</w:t>
      </w:r>
    </w:p>
    <w:p w:rsidR="000F75C7" w:rsidRPr="006E6BDD" w:rsidRDefault="006E6BDD">
      <w:pPr>
        <w:autoSpaceDE w:val="0"/>
        <w:autoSpaceDN w:val="0"/>
        <w:spacing w:before="264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68" w:after="0" w:line="288" w:lineRule="auto"/>
        <w:ind w:right="144"/>
        <w:rPr>
          <w:lang w:val="ru-RU"/>
        </w:rPr>
      </w:pPr>
      <w:r w:rsidRPr="006E6BDD">
        <w:rPr>
          <w:lang w:val="ru-RU"/>
        </w:rPr>
        <w:tab/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программы основного общего образования, в том числе адаптированной, должны отражать: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информации, данных, необходимых для решения поставленной задачи;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выделенных критериев);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 w:rsidRPr="006E6BDD">
        <w:rPr>
          <w:lang w:val="ru-RU"/>
        </w:rPr>
        <w:br/>
      </w:r>
      <w:r w:rsidRPr="006E6BDD">
        <w:rPr>
          <w:lang w:val="ru-RU"/>
        </w:rPr>
        <w:lastRenderedPageBreak/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аргументировать свою позицию, мнение;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исследования (эксперимента);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развитие процессов, событий и их последствия в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аналогичных или сходных ситуациях, выдвигать предположения об их развитии в новых условиях и контекстах;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работа с информацией: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педагогическим работником или сформулированным самостоятельно;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у обучающихся.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выполненного опыта (эксперимента, исследования, проекта);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6E6BDD">
        <w:rPr>
          <w:lang w:val="ru-RU"/>
        </w:rPr>
        <w:br/>
      </w:r>
      <w:r w:rsidRPr="006E6BDD">
        <w:rPr>
          <w:lang w:val="ru-RU"/>
        </w:rPr>
        <w:lastRenderedPageBreak/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нескольких людей, проявлять готовность руководить, выполнять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результаты с исходной задачей и вклад каждого члена команды в достижение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результатов, разделять сферу ответственности и проявлять готовность к предоставлению отчёта перед группой.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социальных навыков и эмоционального интеллекта обучающихся.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90" w:lineRule="auto"/>
        <w:ind w:right="288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 задачи 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выбор и брать ответственность за решение;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соответствие результата цели и условиям;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>3) эмоциональный интеллект: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различать, называть и управлять собственными эмоциями и эмоциями других;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</w:t>
      </w:r>
      <w:r w:rsidRPr="006E6BDD">
        <w:rPr>
          <w:lang w:val="ru-RU"/>
        </w:rPr>
        <w:br/>
      </w:r>
      <w:r w:rsidRPr="006E6BDD">
        <w:rPr>
          <w:lang w:val="ru-RU"/>
        </w:rPr>
        <w:lastRenderedPageBreak/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себя на место другого человека, понимать мотивы и намерения другого;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регулировать способ выражения эмоций;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человеку, его мнению; признавать своё право на ошибку и такое же право другого; принимать себя и других, не осуждая;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открытость себе и другим;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0F75C7" w:rsidRPr="006E6BDD" w:rsidRDefault="006E6BDD">
      <w:pPr>
        <w:autoSpaceDE w:val="0"/>
        <w:autoSpaceDN w:val="0"/>
        <w:spacing w:before="70" w:after="0" w:line="274" w:lineRule="auto"/>
        <w:ind w:right="144"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0F75C7" w:rsidRPr="006E6BDD" w:rsidRDefault="006E6BDD">
      <w:pPr>
        <w:autoSpaceDE w:val="0"/>
        <w:autoSpaceDN w:val="0"/>
        <w:spacing w:before="262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F75C7" w:rsidRPr="006E6BDD" w:rsidRDefault="006E6BDD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иноязычной коммуникативной компетенции на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допороговом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метапредметной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(учебно-познавательной).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1) Владеть основными видами речевой деятельности: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 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 текста с вербальными и/или зрительными опорами (объём — 5-6 фраз); кратко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результаты  выполненной проектной работы (объём — до 6 фраз);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proofErr w:type="spellStart"/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минуты);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proofErr w:type="spellStart"/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смысловоечтение</w:t>
      </w:r>
      <w:proofErr w:type="spellEnd"/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(таблицы) и понимать представленную в них информацию;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изучаемого языка;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0F75C7" w:rsidRPr="006E6BDD" w:rsidRDefault="006E6BDD" w:rsidP="00BD30D8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фонетическими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и адекватно,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без ошибок, ведущих к сбою коммуникации,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правила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отсутствия фразового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ударения на</w:t>
      </w:r>
      <w:r w:rsidR="00BD30D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служебных словах;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орфографическими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пунктуационными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навыками: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>использовать</w:t>
      </w:r>
      <w:proofErr w:type="spellEnd"/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письменном тексте 675 лексических единиц (слов, словосочетаний, речевых клише) и правильно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625 лексических единиц (включая  500  лексических 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/-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; имена прилагательные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; наречия с суффиксом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 и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интернациональные слова;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 письменном и звучащем тексте и употреблять в устной и письменной речи:</w:t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-  предложения с несколькими обстоятельствами, следующими в определённом порядке;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- 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в 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-временных  формах  действительного 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с причастиями настоящего и прошедшего времени;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- наречия в положительной, сравнительной и превосходной степенях, образованные по правилу, и исключения;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социокультурными знаниями и умениями: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использовать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знать/понимать и использовать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правильно оформлять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адрес, писать фамилии и имена (свои, родственников и друзей) на английском языке (в анкете, формуляре);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обладать базовыми знаниями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 социокультурном портрете родной страны и страны/стран изучаемого языка;</w:t>
      </w:r>
      <w:r w:rsidRPr="006E6BDD">
        <w:rPr>
          <w:lang w:val="ru-RU"/>
        </w:rPr>
        <w:br/>
      </w: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 изучаемого языка;</w:t>
      </w:r>
    </w:p>
    <w:p w:rsidR="000F75C7" w:rsidRPr="006E6BDD" w:rsidRDefault="006E6BD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6) </w:t>
      </w:r>
      <w:r w:rsidRPr="006E6BD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компенсаторными умениями: использовать при чтении и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языковую</w:t>
      </w:r>
    </w:p>
    <w:p w:rsidR="000F75C7" w:rsidRPr="006E6BDD" w:rsidRDefault="000F75C7">
      <w:pPr>
        <w:autoSpaceDE w:val="0"/>
        <w:autoSpaceDN w:val="0"/>
        <w:spacing w:after="66" w:line="220" w:lineRule="exact"/>
        <w:rPr>
          <w:lang w:val="ru-RU"/>
        </w:rPr>
      </w:pPr>
    </w:p>
    <w:p w:rsidR="000F75C7" w:rsidRPr="006E6BDD" w:rsidRDefault="006E6BDD">
      <w:pPr>
        <w:autoSpaceDE w:val="0"/>
        <w:autoSpaceDN w:val="0"/>
        <w:spacing w:after="0" w:line="271" w:lineRule="auto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догадку, в том числе контекстуальную; игнорировать информацию, не являющуюся необходимой для понимания </w:t>
      </w:r>
      <w:proofErr w:type="gram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основного содержания</w:t>
      </w:r>
      <w:proofErr w:type="gram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прочитанного/ прослушанного текста или для нахождения в тексте запрашиваемой информации;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0F75C7" w:rsidRPr="006E6BDD" w:rsidRDefault="006E6BDD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6E6BDD">
        <w:rPr>
          <w:lang w:val="ru-RU"/>
        </w:rPr>
        <w:tab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0F75C7" w:rsidRPr="006E6BDD" w:rsidRDefault="000F75C7">
      <w:pPr>
        <w:rPr>
          <w:lang w:val="ru-RU"/>
        </w:rPr>
        <w:sectPr w:rsidR="000F75C7" w:rsidRPr="006E6BDD">
          <w:pgSz w:w="11900" w:h="16840"/>
          <w:pgMar w:top="286" w:right="728" w:bottom="1440" w:left="666" w:header="720" w:footer="720" w:gutter="0"/>
          <w:cols w:space="720" w:equalWidth="0">
            <w:col w:w="10506" w:space="0"/>
          </w:cols>
          <w:docGrid w:linePitch="360"/>
        </w:sectPr>
      </w:pPr>
      <w:bookmarkStart w:id="0" w:name="_GoBack"/>
      <w:bookmarkEnd w:id="0"/>
    </w:p>
    <w:p w:rsidR="000F75C7" w:rsidRPr="006E6BDD" w:rsidRDefault="000F75C7">
      <w:pPr>
        <w:autoSpaceDE w:val="0"/>
        <w:autoSpaceDN w:val="0"/>
        <w:spacing w:after="64" w:line="220" w:lineRule="exact"/>
        <w:rPr>
          <w:lang w:val="ru-RU"/>
        </w:rPr>
      </w:pPr>
    </w:p>
    <w:p w:rsidR="000F75C7" w:rsidRDefault="006E6BDD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48"/>
        <w:gridCol w:w="528"/>
        <w:gridCol w:w="1104"/>
        <w:gridCol w:w="1142"/>
        <w:gridCol w:w="864"/>
        <w:gridCol w:w="2750"/>
        <w:gridCol w:w="1224"/>
        <w:gridCol w:w="1658"/>
      </w:tblGrid>
      <w:tr w:rsidR="000F75C7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0F75C7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5C7" w:rsidRDefault="000F75C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5C7" w:rsidRDefault="000F75C7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5C7" w:rsidRDefault="000F75C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5C7" w:rsidRDefault="000F75C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5C7" w:rsidRDefault="000F75C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5C7" w:rsidRDefault="000F75C7"/>
        </w:tc>
      </w:tr>
      <w:tr w:rsidR="000F75C7" w:rsidRPr="00BD30D8">
        <w:trPr>
          <w:trHeight w:hRule="exact" w:val="49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речь учителя по ведению урока. Распознавать на слух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связное;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высказывание учителя;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одноклассника;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построенное на знакомом языковом;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материале.Вербально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невербально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реагировать на услышанное.</w:t>
            </w:r>
          </w:p>
          <w:p w:rsidR="000F75C7" w:rsidRPr="006E6BDD" w:rsidRDefault="006E6BDD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Воспринимать на слух 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основное содержание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несложных аутентичных текстов;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содержащие отдельные;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незнакомые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слова.Определять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тему прослушанного текста. Воспринимать на слух 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запрашиваемую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информацию;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представленную в явном виде;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несложных;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аутентичных текстах;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содержащих отдельные незнакомые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слова.Использовать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языковую;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догадку при восприятии на слух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текстов;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содержащих незнакомые слова.;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словарный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google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-класс</w:t>
            </w:r>
          </w:p>
        </w:tc>
      </w:tr>
    </w:tbl>
    <w:p w:rsidR="000F75C7" w:rsidRPr="006E6BDD" w:rsidRDefault="000F75C7">
      <w:pPr>
        <w:autoSpaceDE w:val="0"/>
        <w:autoSpaceDN w:val="0"/>
        <w:spacing w:after="0" w:line="14" w:lineRule="exact"/>
        <w:rPr>
          <w:lang w:val="ru-RU"/>
        </w:rPr>
      </w:pPr>
    </w:p>
    <w:p w:rsidR="000F75C7" w:rsidRPr="006E6BDD" w:rsidRDefault="000F75C7">
      <w:pPr>
        <w:rPr>
          <w:lang w:val="ru-RU"/>
        </w:rPr>
        <w:sectPr w:rsidR="000F75C7" w:rsidRPr="006E6BDD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75C7" w:rsidRPr="006E6BDD" w:rsidRDefault="000F75C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48"/>
        <w:gridCol w:w="528"/>
        <w:gridCol w:w="1104"/>
        <w:gridCol w:w="1142"/>
        <w:gridCol w:w="864"/>
        <w:gridCol w:w="2750"/>
        <w:gridCol w:w="1224"/>
        <w:gridCol w:w="1658"/>
      </w:tblGrid>
      <w:tr w:rsidR="000F75C7" w:rsidRPr="00BD30D8">
        <w:trPr>
          <w:trHeight w:hRule="exact" w:val="465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Высказываться о фактах;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событиях;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используя основные типы речи;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(описание/характеристика;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повествование) с опорой на ключевые слова;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вопросы и/или;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иллюстрации;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фотографии.Описывать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объект;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человека/литературного персонажа по; определённой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схеме.Передавать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содержание прочитанного текста с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опорой на вопросы;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ключевые слова и/или иллюстрации;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фотографии.Кратко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излагать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результаты;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выполненной проектной работы.</w:t>
            </w:r>
          </w:p>
          <w:p w:rsidR="000F75C7" w:rsidRPr="006E6BDD" w:rsidRDefault="006E6BDD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Работать индивидуально и в группе при выполнении;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проектной работы.;;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Тестирование; словарный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wordwall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</w:p>
        </w:tc>
      </w:tr>
    </w:tbl>
    <w:p w:rsidR="000F75C7" w:rsidRPr="006E6BDD" w:rsidRDefault="000F75C7">
      <w:pPr>
        <w:autoSpaceDE w:val="0"/>
        <w:autoSpaceDN w:val="0"/>
        <w:spacing w:after="0" w:line="14" w:lineRule="exact"/>
        <w:rPr>
          <w:lang w:val="ru-RU"/>
        </w:rPr>
      </w:pPr>
    </w:p>
    <w:p w:rsidR="000F75C7" w:rsidRPr="006E6BDD" w:rsidRDefault="000F75C7">
      <w:pPr>
        <w:rPr>
          <w:lang w:val="ru-RU"/>
        </w:rPr>
        <w:sectPr w:rsidR="000F75C7" w:rsidRPr="006E6BD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75C7" w:rsidRPr="006E6BDD" w:rsidRDefault="000F75C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48"/>
        <w:gridCol w:w="528"/>
        <w:gridCol w:w="1104"/>
        <w:gridCol w:w="1142"/>
        <w:gridCol w:w="864"/>
        <w:gridCol w:w="2750"/>
        <w:gridCol w:w="1224"/>
        <w:gridCol w:w="1658"/>
      </w:tblGrid>
      <w:tr w:rsidR="000F75C7" w:rsidRPr="00BD30D8">
        <w:trPr>
          <w:trHeight w:hRule="exact" w:val="961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про себя и понимать основное содержание несложных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адаптированных аутентичных;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текстов;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содержащие отдельные незнакомые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слова.Определять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тему прочитанного текста.;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логическую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последовательность основных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фактов.Соотносить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текст/части;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 с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иллюстрациями.Читать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 себя и находить в несложных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адаптированных;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аутентичных текстах;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содержащих отдельные незнакомые слова запрашиваемую;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информацию;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представленную в явном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виде.Использование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внешних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формальных элементов;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 (подзаголовки;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иллюстрации;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сноски) для понимания основного содержания;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прочитанного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текста.Догадываться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значении незнакомых слов по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сходству с русским;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языком;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словообразовательным элементам; по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контексту.Понимать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интернациональные;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 в контексте. Игнорировать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незнакомые слова;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 мешающие понимать основное; содержание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текста.Пользоваться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сносками и лингвострановедческим;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справочником.Находить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отдельных незнакомых слов в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двуязычном словаре;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учебника.Читать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 себя и понимать запрашиваемую информацию;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представленную в;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несплошных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текстах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(таблице).Работать с информацией; представленной в разных форматах; (текст;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рисунок;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таблица).;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wordwall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google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-класс</w:t>
            </w:r>
          </w:p>
        </w:tc>
      </w:tr>
    </w:tbl>
    <w:p w:rsidR="000F75C7" w:rsidRPr="006E6BDD" w:rsidRDefault="000F75C7">
      <w:pPr>
        <w:autoSpaceDE w:val="0"/>
        <w:autoSpaceDN w:val="0"/>
        <w:spacing w:after="0" w:line="14" w:lineRule="exact"/>
        <w:rPr>
          <w:lang w:val="ru-RU"/>
        </w:rPr>
      </w:pPr>
    </w:p>
    <w:p w:rsidR="000F75C7" w:rsidRPr="006E6BDD" w:rsidRDefault="000F75C7">
      <w:pPr>
        <w:rPr>
          <w:lang w:val="ru-RU"/>
        </w:rPr>
        <w:sectPr w:rsidR="000F75C7" w:rsidRPr="006E6BDD">
          <w:pgSz w:w="16840" w:h="11900"/>
          <w:pgMar w:top="284" w:right="640" w:bottom="84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75C7" w:rsidRPr="006E6BDD" w:rsidRDefault="000F75C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48"/>
        <w:gridCol w:w="528"/>
        <w:gridCol w:w="1104"/>
        <w:gridCol w:w="1142"/>
        <w:gridCol w:w="864"/>
        <w:gridCol w:w="2750"/>
        <w:gridCol w:w="1224"/>
        <w:gridCol w:w="1658"/>
      </w:tblGrid>
      <w:tr w:rsidR="000F75C7" w:rsidRPr="00BD30D8">
        <w:trPr>
          <w:trHeight w:hRule="exact" w:val="592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88" w:after="0" w:line="233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Здоровый образ жизни: режим труда и отдыха.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Здоровое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питание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Списывать текст и выписывать из него слова;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словосочетания;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в соответствии с;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решаемой коммуникативной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задачей.Восстанавливать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 в соответствии с;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решаемой учебной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задачей.Писать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поздравления с праздниками (с Новым годом;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Рождеством;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днём рождения) с выражением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пожеланий.Заполнять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анкеты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формуляры:;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сообщать о себе основные сведения (имя;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фамилия;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возраст;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страна проживания;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любимое;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занятия и т.д.).Писать электронное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сообщение личного характера: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сообщать краткие;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сведения о себе и запрашивать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аналогичную информацию о друге по переписке; выражать;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благодарность.Фиксировать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нужную информацию.;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0" w:lineRule="auto"/>
              <w:ind w:left="72" w:right="576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wordwall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plickers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google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-класс</w:t>
            </w:r>
          </w:p>
        </w:tc>
      </w:tr>
      <w:tr w:rsidR="000F75C7" w:rsidRPr="00BD30D8">
        <w:trPr>
          <w:trHeight w:hRule="exact" w:val="441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88" w:after="0" w:line="228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Покупки: одежда, обувь и продукты питания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знавать в устном и письменном тексте и употреблять в речи изученные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лексические;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единицы (слова;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словосочетания;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речевые клише); интернациональные слова;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синонимы.Узнавать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простые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словообразовательные элементы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(суффиксы;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префиксы).Группировать слова по их тематической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принадлежности.Опираться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языковую;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догадку в процессе чтения и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аудирования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(интернациональные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образованные;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путем аффиксации).;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wordwall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</w:p>
        </w:tc>
      </w:tr>
    </w:tbl>
    <w:p w:rsidR="000F75C7" w:rsidRPr="006E6BDD" w:rsidRDefault="000F75C7">
      <w:pPr>
        <w:autoSpaceDE w:val="0"/>
        <w:autoSpaceDN w:val="0"/>
        <w:spacing w:after="0" w:line="14" w:lineRule="exact"/>
        <w:rPr>
          <w:lang w:val="ru-RU"/>
        </w:rPr>
      </w:pPr>
    </w:p>
    <w:p w:rsidR="000F75C7" w:rsidRPr="006E6BDD" w:rsidRDefault="000F75C7">
      <w:pPr>
        <w:rPr>
          <w:lang w:val="ru-RU"/>
        </w:rPr>
        <w:sectPr w:rsidR="000F75C7" w:rsidRPr="006E6BDD">
          <w:pgSz w:w="16840" w:h="11900"/>
          <w:pgMar w:top="284" w:right="640" w:bottom="4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75C7" w:rsidRPr="006E6BDD" w:rsidRDefault="000F75C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48"/>
        <w:gridCol w:w="528"/>
        <w:gridCol w:w="1104"/>
        <w:gridCol w:w="1142"/>
        <w:gridCol w:w="864"/>
        <w:gridCol w:w="2750"/>
        <w:gridCol w:w="1224"/>
        <w:gridCol w:w="1658"/>
      </w:tblGrid>
      <w:tr w:rsidR="000F75C7" w:rsidRPr="00BD30D8">
        <w:trPr>
          <w:trHeight w:hRule="exact" w:val="572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88" w:after="0" w:line="254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Переписка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зарубежными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сверстниками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речь учителя по ведению урока. Распознавать на слух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связное;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высказывание учителя;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одноклассника;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построенное на знакомом языковом;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материале.Вербально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невербально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реагировать на услышанное.</w:t>
            </w:r>
          </w:p>
          <w:p w:rsidR="000F75C7" w:rsidRPr="006E6BDD" w:rsidRDefault="006E6BDD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Воспринимать на слух 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основное содержание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несложных аутентичных текстов;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содержащие отдельные;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незнакомые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слова.Определять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тему прослушанного текста. Воспринимать на слух 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запрашиваемую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информацию;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представленную в явном виде;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несложных;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аутентичных текстах;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содержащих отдельные незнакомые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слова.Использовать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языковую;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догадку при восприятии на слух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текстов;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содержащих незнакомые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слова.Игнорировать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незнакомые слова;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 мешающие понимать содержание текста.;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wordwall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google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-класс</w:t>
            </w:r>
          </w:p>
        </w:tc>
      </w:tr>
      <w:tr w:rsidR="000F75C7" w:rsidRPr="00BD30D8">
        <w:trPr>
          <w:trHeight w:hRule="exact" w:val="432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88" w:after="0" w:line="228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отдыха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AE1078" w:rsidRDefault="000F75C7" w:rsidP="00AE1078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Воспроизводить основные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коммуникативные типы предложений.</w:t>
            </w:r>
          </w:p>
          <w:p w:rsidR="000F75C7" w:rsidRPr="006E6BDD" w:rsidRDefault="006E6BDD">
            <w:pPr>
              <w:autoSpaceDE w:val="0"/>
              <w:autoSpaceDN w:val="0"/>
              <w:spacing w:before="18" w:after="0" w:line="257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Соблюдать порядок слов в;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предложении.Использовать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речи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с простым глагольным; составным именным;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составным глагольным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сказуемыми.Распознавать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в устной и письменной; речи изученные морфологические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формы и синтаксические конструкции английского языка;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рамках тематического содержания речи в соответствии с решаемой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коммуникативной;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задачей.Распознавать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письменном тексте и дифференцировать слова по определённым;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признакам (существительные;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смысловые глаголы).;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wordwall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flippity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0F75C7" w:rsidRPr="006E6BDD" w:rsidRDefault="000F75C7">
      <w:pPr>
        <w:autoSpaceDE w:val="0"/>
        <w:autoSpaceDN w:val="0"/>
        <w:spacing w:after="0" w:line="14" w:lineRule="exact"/>
        <w:rPr>
          <w:lang w:val="ru-RU"/>
        </w:rPr>
      </w:pPr>
    </w:p>
    <w:p w:rsidR="000F75C7" w:rsidRPr="006E6BDD" w:rsidRDefault="000F75C7">
      <w:pPr>
        <w:rPr>
          <w:lang w:val="ru-RU"/>
        </w:rPr>
        <w:sectPr w:rsidR="000F75C7" w:rsidRPr="006E6BDD">
          <w:pgSz w:w="16840" w:h="11900"/>
          <w:pgMar w:top="284" w:right="640" w:bottom="6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75C7" w:rsidRPr="006E6BDD" w:rsidRDefault="000F75C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48"/>
        <w:gridCol w:w="528"/>
        <w:gridCol w:w="1104"/>
        <w:gridCol w:w="1142"/>
        <w:gridCol w:w="864"/>
        <w:gridCol w:w="2750"/>
        <w:gridCol w:w="1224"/>
        <w:gridCol w:w="1658"/>
      </w:tblGrid>
      <w:tr w:rsidR="000F75C7" w:rsidRPr="00BD30D8">
        <w:trPr>
          <w:trHeight w:hRule="exact" w:val="935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88" w:after="0" w:line="233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Погода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про себя и понимать основное содержание несложных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адаптированных аутентичных;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текстов;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содержащие отдельные незнакомые слова. Определять тему прочитанного текста.;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логическую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последовательность основных фактов.</w:t>
            </w:r>
          </w:p>
          <w:p w:rsidR="000F75C7" w:rsidRPr="006E6BDD" w:rsidRDefault="006E6BDD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текст/части;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 с иллюстрациями. Читать про себя и находить в несложных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адаптированных;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аутентичных текстах;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содержащих отдельные незнакомые слова запрашиваемую;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информацию;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представленную в явном виде.</w:t>
            </w:r>
          </w:p>
          <w:p w:rsidR="000F75C7" w:rsidRPr="006E6BDD" w:rsidRDefault="006E6BDD">
            <w:pPr>
              <w:autoSpaceDE w:val="0"/>
              <w:autoSpaceDN w:val="0"/>
              <w:spacing w:before="20" w:after="0" w:line="257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внешних формальных элементов;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 (подзаголовки;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иллюстрации;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сноски) для понимания основного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содержания;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прочитанного текста. Догадываться о значении незнакомых слов по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сходству с русским;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языком;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словообразовательным элементам; по контексту. Понимать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интернациональные;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 в контексте. Игнорировать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незнакомые слова;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 мешающие понимать основное; содержание текста. Пользоваться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сносками и лингвострановедческим; справочником. Находить значение отдельных незнакомых слов в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двуязычном словаре;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учебника. Читать про себя и понимать запрашиваемую информацию;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представленную в;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несплошных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текстах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(таблице).Работать с информацией; представленной в разных форматах; (текст;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рисунок;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таблица).;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wordwall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</w:p>
        </w:tc>
      </w:tr>
    </w:tbl>
    <w:p w:rsidR="000F75C7" w:rsidRPr="006E6BDD" w:rsidRDefault="000F75C7">
      <w:pPr>
        <w:autoSpaceDE w:val="0"/>
        <w:autoSpaceDN w:val="0"/>
        <w:spacing w:after="0" w:line="14" w:lineRule="exact"/>
        <w:rPr>
          <w:lang w:val="ru-RU"/>
        </w:rPr>
      </w:pPr>
    </w:p>
    <w:p w:rsidR="000F75C7" w:rsidRPr="006E6BDD" w:rsidRDefault="000F75C7">
      <w:pPr>
        <w:rPr>
          <w:lang w:val="ru-RU"/>
        </w:rPr>
        <w:sectPr w:rsidR="000F75C7" w:rsidRPr="006E6BDD">
          <w:pgSz w:w="16840" w:h="11900"/>
          <w:pgMar w:top="284" w:right="640" w:bottom="9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75C7" w:rsidRPr="006E6BDD" w:rsidRDefault="000F75C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48"/>
        <w:gridCol w:w="528"/>
        <w:gridCol w:w="1104"/>
        <w:gridCol w:w="1142"/>
        <w:gridCol w:w="864"/>
        <w:gridCol w:w="2750"/>
        <w:gridCol w:w="1224"/>
        <w:gridCol w:w="1658"/>
      </w:tblGrid>
      <w:tr w:rsidR="000F75C7">
        <w:trPr>
          <w:trHeight w:hRule="exact" w:val="570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88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Родной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город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село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Транспорт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Списывать текст и выписывать из него слова;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словосочетания;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в соответствии с;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решаемой коммуникативной задачей.</w:t>
            </w:r>
          </w:p>
          <w:p w:rsidR="000F75C7" w:rsidRDefault="006E6BDD">
            <w:pPr>
              <w:autoSpaceDE w:val="0"/>
              <w:autoSpaceDN w:val="0"/>
              <w:spacing w:before="20" w:after="0" w:line="257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Восстанавливать предложение;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 в соответствии с;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решаемой учебной задачей. Писать поздравления с праздниками (с Новым годом;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Рождеством;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днём рождения) с выражением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пожеланий. Заполнять анкеты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формуляры:;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сообщать о себе основные сведения (имя;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фамилия;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возраст;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страна проживания;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любимое;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занятия и т.д.).Писать электронное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сообщение личного характера: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сообщать краткие;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сведения о себе и запрашивать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аналогичную информацию о друге по переписке; выражать;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благодарность.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Фиксировать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нужную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45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wordwall.com google-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</w:t>
            </w:r>
            <w:proofErr w:type="spellEnd"/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48"/>
        <w:gridCol w:w="528"/>
        <w:gridCol w:w="1104"/>
        <w:gridCol w:w="1142"/>
        <w:gridCol w:w="864"/>
        <w:gridCol w:w="2750"/>
        <w:gridCol w:w="1224"/>
        <w:gridCol w:w="1658"/>
      </w:tblGrid>
      <w:tr w:rsidR="000F75C7">
        <w:trPr>
          <w:trHeight w:hRule="exact" w:val="548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88" w:after="0" w:line="262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Родная страна и страна/страны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 писать изученные слова.</w:t>
            </w:r>
          </w:p>
          <w:p w:rsidR="000F75C7" w:rsidRPr="006E6BDD" w:rsidRDefault="006E6BDD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Вставлять пропущенные буквы в слове. Правильно;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расставлять знаки препинания: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запятую при перечислении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обращении; апостроф (в;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сокращенных формах глаголов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(глагола-связки;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вспомогательного и модального); в; притяжательном падеже имен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существительных/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Possessive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6E6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Case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).Правильно ставить знаки;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препинания в конце предложения: точку в конце повествовательного предложения;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вопросительный знак в конце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вопросительного предложения;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восклицательный знак в конце;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восклицательного предложения.</w:t>
            </w:r>
          </w:p>
          <w:p w:rsidR="000F75C7" w:rsidRPr="006E6BDD" w:rsidRDefault="006E6BDD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Расставлять в электронном сообщении личного характера;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знаки препинания;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диктуемые его форматом;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соответствии с нормами;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принятыми в;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стране/странах изучаемого языка.;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"Своя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игра" (на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основе </w:t>
            </w:r>
            <w:r w:rsidRPr="006E6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flippity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flippity.net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google-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</w:t>
            </w:r>
            <w:proofErr w:type="spellEnd"/>
          </w:p>
        </w:tc>
      </w:tr>
      <w:tr w:rsidR="000F75C7">
        <w:trPr>
          <w:trHeight w:hRule="exact" w:val="342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на слух и адекватно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произносить все звуки английского языка;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соблюдая нормы;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произнесения звуков. Соблюдать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правильное ударение в изолированном слове;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фразе. Соблюдать правило отсутствия ударения на служебных словах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(артиклях;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союзах;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предлогах). Различать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коммуникативный тип предложения по его интонации. Членить;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 на смысловые группы.;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"Своя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игра" (на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основе </w:t>
            </w:r>
            <w:r w:rsidRPr="006E6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flippity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flippity.net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google-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</w:t>
            </w:r>
            <w:proofErr w:type="spellEnd"/>
          </w:p>
        </w:tc>
      </w:tr>
      <w:tr w:rsidR="000F75C7">
        <w:trPr>
          <w:trHeight w:hRule="exact" w:val="328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6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/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6840" w:h="11900"/>
          <w:pgMar w:top="284" w:right="640" w:bottom="10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78" w:line="220" w:lineRule="exact"/>
      </w:pPr>
    </w:p>
    <w:p w:rsidR="000F75C7" w:rsidRDefault="006E6BDD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0F75C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5C7" w:rsidRDefault="000F75C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5C7" w:rsidRDefault="000F75C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5C7" w:rsidRDefault="000F75C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5C7" w:rsidRDefault="000F75C7"/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882D95" w:rsidRDefault="000F75C7">
            <w:pPr>
              <w:autoSpaceDE w:val="0"/>
              <w:autoSpaceDN w:val="0"/>
              <w:spacing w:before="98" w:after="0" w:line="230" w:lineRule="auto"/>
              <w:jc w:val="center"/>
              <w:rPr>
                <w:color w:val="FF000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62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882D95" w:rsidRDefault="000F75C7">
            <w:pPr>
              <w:autoSpaceDE w:val="0"/>
              <w:autoSpaceDN w:val="0"/>
              <w:spacing w:before="100" w:after="0" w:line="230" w:lineRule="auto"/>
              <w:jc w:val="center"/>
              <w:rPr>
                <w:color w:val="FF000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882D95" w:rsidRDefault="000F75C7">
            <w:pPr>
              <w:autoSpaceDE w:val="0"/>
              <w:autoSpaceDN w:val="0"/>
              <w:spacing w:before="98" w:after="0" w:line="230" w:lineRule="auto"/>
              <w:jc w:val="center"/>
              <w:rPr>
                <w:color w:val="FF000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Моя семья.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Конфликтные ситуации и способы их решения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7064BF" w:rsidRDefault="000F75C7">
            <w:pPr>
              <w:autoSpaceDE w:val="0"/>
              <w:autoSpaceDN w:val="0"/>
              <w:spacing w:before="98" w:after="0" w:line="230" w:lineRule="auto"/>
              <w:jc w:val="center"/>
              <w:rPr>
                <w:color w:val="FF000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обязанности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7064BF" w:rsidRDefault="000F75C7">
            <w:pPr>
              <w:autoSpaceDE w:val="0"/>
              <w:autoSpaceDN w:val="0"/>
              <w:spacing w:before="98" w:after="0" w:line="230" w:lineRule="auto"/>
              <w:jc w:val="center"/>
              <w:rPr>
                <w:color w:val="FF000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Моя семья.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Любимые занятия членов семьи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7064BF" w:rsidRDefault="000F75C7">
            <w:pPr>
              <w:autoSpaceDE w:val="0"/>
              <w:autoSpaceDN w:val="0"/>
              <w:spacing w:before="98" w:after="0" w:line="230" w:lineRule="auto"/>
              <w:jc w:val="center"/>
              <w:rPr>
                <w:color w:val="FF000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в семье и с друзьями. Моя семья.</w:t>
            </w:r>
          </w:p>
          <w:p w:rsidR="000F75C7" w:rsidRPr="006E6BDD" w:rsidRDefault="006E6BDD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Общение в семье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7064BF" w:rsidRDefault="000F75C7">
            <w:pPr>
              <w:autoSpaceDE w:val="0"/>
              <w:autoSpaceDN w:val="0"/>
              <w:spacing w:before="98" w:after="0" w:line="230" w:lineRule="auto"/>
              <w:jc w:val="center"/>
              <w:rPr>
                <w:color w:val="FF000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в семье и с друзьями. Мои друзья.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62" w:lineRule="auto"/>
              <w:ind w:left="72" w:right="86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с друзьями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в семье и с друзьями. Мои друзья.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Лучший друг/подруга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в семье и с друзьями. Мои друзья. На улице с друзьями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1900" w:h="16840"/>
          <w:pgMar w:top="298" w:right="650" w:bottom="8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576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человека. Моя семья.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характер человека. Моя семья.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Внешность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характер человека. Моя семья.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качества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характер человека. Мои друзья.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Внешность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характер человека. Мои друзья.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Характер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увлечения. Свободное время.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Вечеринка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увлечения.</w:t>
            </w:r>
          </w:p>
          <w:p w:rsidR="000F75C7" w:rsidRDefault="006E6BDD">
            <w:pPr>
              <w:autoSpaceDE w:val="0"/>
              <w:autoSpaceDN w:val="0"/>
              <w:spacing w:before="70" w:after="0" w:line="262" w:lineRule="auto"/>
              <w:ind w:left="72" w:right="576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рождение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увлечения.</w:t>
            </w:r>
          </w:p>
          <w:p w:rsidR="000F75C7" w:rsidRDefault="006E6BDD">
            <w:pPr>
              <w:autoSpaceDE w:val="0"/>
              <w:autoSpaceDN w:val="0"/>
              <w:spacing w:before="70" w:after="0" w:line="262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книг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Свободное время.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писатель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увлечения.</w:t>
            </w:r>
          </w:p>
          <w:p w:rsidR="000F75C7" w:rsidRDefault="006E6BDD">
            <w:pPr>
              <w:autoSpaceDE w:val="0"/>
              <w:autoSpaceDN w:val="0"/>
              <w:spacing w:before="72" w:after="0" w:line="262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книга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увлечения. Свободное время.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Фотографии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Свободное время.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1900" w:h="16840"/>
          <w:pgMar w:top="284" w:right="650" w:bottom="7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100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Досуг и увлечения. 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и 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питание, посещение врача.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3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8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питание, посещение врача.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питание, посещение врача.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экологии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питание, посещение врача.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Одежда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питание, посещение врача.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питание, посещение врача.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Болезни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питание, посещение врача.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врача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1900" w:h="16840"/>
          <w:pgMar w:top="284" w:right="650" w:bottom="5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питание, посещение врача.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Навестить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больного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друга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3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питание, посещение врача.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Вредные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привычки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питание, посещение врача.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Правильный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перекус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Спорт, виды спорта,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соревнования, выдающиеся спортсмены.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Спорт, виды спорта,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соревнования, выдающиеся спортсмены. Мои друзья.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Активные виды отдыха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Спорт, виды спорта,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соревнования, выдающиеся спортсмены.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Хобби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71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Спорт, виды спорта,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соревнования, выдающиеся спортсмены.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Кружки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Спорт, виды спорта,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соревнования, выдающиеся спортсмены. Мои друзья. </w:t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Эстремальные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виды спорта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сентября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1900" w:h="16840"/>
          <w:pgMar w:top="284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Расписание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8" w:lineRule="auto"/>
              <w:ind w:left="72" w:firstLine="60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принадлежности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77507C" w:rsidRDefault="006E6BD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r w:rsidRPr="007750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Школа.</w:t>
            </w:r>
          </w:p>
          <w:p w:rsidR="000F75C7" w:rsidRPr="0077507C" w:rsidRDefault="006E6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750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Классный кабинет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недели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Распорядок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Переписка с зарубежными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сверстниками. Школа.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одноклассники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правила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форма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E73961" w:rsidRDefault="000F75C7" w:rsidP="00E73961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1900" w:h="16840"/>
          <w:pgMar w:top="284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Английская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74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Кружки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3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учебные предметы,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Переписка с зарубежными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сверстниками. Мои друзья.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зарубежными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аэропорту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странам. </w:t>
            </w:r>
            <w:r w:rsidRPr="006E6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странам.</w:t>
            </w:r>
          </w:p>
          <w:p w:rsidR="000F75C7" w:rsidRDefault="006E6BDD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странам.</w:t>
            </w:r>
          </w:p>
          <w:p w:rsidR="000F75C7" w:rsidRDefault="006E6BDD">
            <w:pPr>
              <w:autoSpaceDE w:val="0"/>
              <w:autoSpaceDN w:val="0"/>
              <w:spacing w:before="70" w:after="0" w:line="262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Экскурсии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 w:rsidRPr="00E73961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странам.</w:t>
            </w:r>
          </w:p>
          <w:p w:rsidR="000F75C7" w:rsidRDefault="006E6BDD">
            <w:pPr>
              <w:autoSpaceDE w:val="0"/>
              <w:autoSpaceDN w:val="0"/>
              <w:spacing w:before="70" w:after="0" w:line="262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E73961" w:rsidRDefault="006E6BDD" w:rsidP="00E73961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E739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E73961" w:rsidRDefault="006E6BD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E739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Письменный </w:t>
            </w:r>
            <w:r w:rsidRPr="00E73961">
              <w:rPr>
                <w:lang w:val="ru-RU"/>
              </w:rPr>
              <w:tab/>
            </w:r>
            <w:r w:rsidRPr="00E739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контроль;</w:t>
            </w:r>
          </w:p>
        </w:tc>
      </w:tr>
    </w:tbl>
    <w:p w:rsidR="000F75C7" w:rsidRPr="00E73961" w:rsidRDefault="000F75C7">
      <w:pPr>
        <w:autoSpaceDE w:val="0"/>
        <w:autoSpaceDN w:val="0"/>
        <w:spacing w:after="0" w:line="14" w:lineRule="exact"/>
        <w:rPr>
          <w:lang w:val="ru-RU"/>
        </w:rPr>
      </w:pPr>
    </w:p>
    <w:p w:rsidR="000F75C7" w:rsidRPr="00E73961" w:rsidRDefault="000F75C7">
      <w:pPr>
        <w:rPr>
          <w:lang w:val="ru-RU"/>
        </w:rPr>
        <w:sectPr w:rsidR="000F75C7" w:rsidRPr="00E73961">
          <w:pgSz w:w="11900" w:h="16840"/>
          <w:pgMar w:top="284" w:right="650" w:bottom="7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Pr="00E73961" w:rsidRDefault="000F75C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E73961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739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странам.</w:t>
            </w:r>
          </w:p>
          <w:p w:rsidR="000F75C7" w:rsidRDefault="006E6BDD">
            <w:pPr>
              <w:autoSpaceDE w:val="0"/>
              <w:autoSpaceDN w:val="0"/>
              <w:spacing w:before="70" w:after="0" w:line="27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r w:rsidRPr="00E739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турагентстве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странам.</w:t>
            </w:r>
          </w:p>
          <w:p w:rsidR="000F75C7" w:rsidRDefault="006E6BDD">
            <w:pPr>
              <w:autoSpaceDE w:val="0"/>
              <w:autoSpaceDN w:val="0"/>
              <w:spacing w:before="70" w:after="0" w:line="27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отеле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странам.</w:t>
            </w:r>
          </w:p>
          <w:p w:rsidR="000F75C7" w:rsidRDefault="006E6BDD">
            <w:pPr>
              <w:autoSpaceDE w:val="0"/>
              <w:autoSpaceDN w:val="0"/>
              <w:spacing w:before="70" w:after="0" w:line="262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Сувениры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странам.</w:t>
            </w:r>
          </w:p>
          <w:p w:rsidR="000F75C7" w:rsidRDefault="006E6BDD">
            <w:pPr>
              <w:autoSpaceDE w:val="0"/>
              <w:autoSpaceDN w:val="0"/>
              <w:spacing w:before="70" w:after="0" w:line="262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Парки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странам.</w:t>
            </w:r>
          </w:p>
          <w:p w:rsidR="000F75C7" w:rsidRDefault="006E6BDD">
            <w:pPr>
              <w:autoSpaceDE w:val="0"/>
              <w:autoSpaceDN w:val="0"/>
              <w:spacing w:before="70" w:after="0" w:line="262" w:lineRule="auto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Экстремальный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профессий. Моя семья. Профессии членов семьи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профессий. Мои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друзья. Разные профессии, которые мы выбираем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профессий. Мои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друзья. Кем хочешь стать?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профессий. Мои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друзья. Разные профессии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71" w:lineRule="auto"/>
              <w:ind w:left="72" w:right="790"/>
              <w:jc w:val="both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профессий. Мои друзья. Современные профессии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Природа. Окружающий мир. Летние каникулы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Природа. Окружающий мир. В зоопарке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1900" w:h="16840"/>
          <w:pgMar w:top="284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Природа. Погода.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Окружающий мир. На море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Природа. Погода.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Окружающий мир. В лагере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Природа. Погода.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Окружающий мир. Климат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Природа. Погода.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Окружающий мир. Природа Великобритании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Транспорт.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Окружающий мир. В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деревне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Транспорт.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Окружающий мир. На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ферме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Транспорт.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Окружающий мир.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Ландшафт моего города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Жизнь в городе и сельской местности. Транспорт.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Окружающий мир. В городе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Транспорт.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Окружающий мир. Мир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вокруг меня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83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/>
              <w:ind w:left="72" w:right="288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Современные средства коммуникации (телефон, Интернет и т.д.).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подростка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Телевизор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Современные средства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коммуникации (телефон,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Интернет и т.д.). Мир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современного подростка. Образовательные ресурсы в интернете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1900" w:h="16840"/>
          <w:pgMar w:top="284" w:right="650" w:bottom="7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Современные средства коммуникации (телефон, Интернет и т.д.). Мир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современного подростка.</w:t>
            </w:r>
          </w:p>
          <w:p w:rsidR="000F75C7" w:rsidRPr="006E6BDD" w:rsidRDefault="006E6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Школьные СМИ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контроль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Современные средства коммуникации (телефон, Интернет и т.д.). Мир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современного подростка.</w:t>
            </w:r>
          </w:p>
          <w:p w:rsidR="000F75C7" w:rsidRPr="006E6BDD" w:rsidRDefault="006E6BDD">
            <w:pPr>
              <w:autoSpaceDE w:val="0"/>
              <w:autoSpaceDN w:val="0"/>
              <w:spacing w:before="72" w:after="0" w:line="262" w:lineRule="auto"/>
              <w:ind w:left="72" w:right="720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Часы, проведенные за компьютером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Современные средства коммуникации (телефон, Интернет и т.д.).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 w:rsidRPr="00BD30D8">
        <w:trPr>
          <w:trHeight w:hRule="exact" w:val="38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6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культурные особенности (национальные праздники, традиции, обычаи).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игра "Своя игра";</w:t>
            </w:r>
          </w:p>
        </w:tc>
      </w:tr>
      <w:tr w:rsidR="000F75C7">
        <w:trPr>
          <w:trHeight w:hRule="exact" w:val="34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6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культурные особенности (национальные праздники, традиции, обычаи).Страны изучаемого языка.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Лондон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35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6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культурные особенности (национальные праздники, традиции, обычаи).Страны изучаемого языка.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Тауэр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35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86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культурные особенности (национальные праздники, традиции, обычаи).Страны изучаемого языка.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Биг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Бэн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100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38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культурные особенности (национальные праздники, традиции, обычаи).Страны изучаемого языка.</w:t>
            </w:r>
          </w:p>
          <w:p w:rsidR="000F75C7" w:rsidRDefault="006E6BDD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Букингемский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дворец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38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6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культурные особенности (национальные праздники, традиции, обычаи).Страны изучаемого языка.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пройти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…?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1900" w:h="16840"/>
          <w:pgMar w:top="284" w:right="650" w:bottom="7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38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культурные особенности (национальные праздники, традиции, обычаи).Страны изучаемого языка.</w:t>
            </w:r>
          </w:p>
          <w:p w:rsidR="000F75C7" w:rsidRDefault="006E6BDD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Лондонский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зоопарк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35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6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культурные особенности (национальные праздники, традиции, обычаи).Страны изучаемого языка.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Музеи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38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6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культурные особенности (национальные праздники, традиции, обычаи).Страны изучаемого языка.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Флора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фауна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38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6E6BDD">
              <w:rPr>
                <w:lang w:val="ru-RU"/>
              </w:rPr>
              <w:br/>
            </w:r>
            <w:proofErr w:type="spellStart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</w:t>
            </w:r>
            <w:proofErr w:type="spellEnd"/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культурные особенности (национальные праздники, традиции, обычаи).Страны изучаемого языка.</w:t>
            </w:r>
          </w:p>
          <w:p w:rsidR="000F75C7" w:rsidRDefault="006E6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1900" w:h="16840"/>
          <w:pgMar w:top="284" w:right="650" w:bottom="5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0F75C7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 (ученые, писатели, поэты,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музыканты, спортсмены и др.).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 (ученые, писатели, поэты,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музыканты, спортсмены и др.).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поэты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писатели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 (ученые, писатели, поэты,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музыканты, спортсмены и др.).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Сказочные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персонажи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 (ученые, писатели, поэты,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музыканты, спортсмены и др.).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Спортсмены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3" w:lineRule="auto"/>
              <w:ind w:left="156" w:right="144" w:hanging="156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Выдающиеся люди родной страны и страны/стран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 (ученые, писатели, поэты,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музыканты, спортсмены и др.).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Своя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";</w:t>
            </w:r>
          </w:p>
        </w:tc>
      </w:tr>
      <w:tr w:rsidR="000F75C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81" w:lineRule="auto"/>
              <w:ind w:left="72"/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 (ученые, писатели, поэты, </w:t>
            </w:r>
            <w:r w:rsidRPr="006E6BDD">
              <w:rPr>
                <w:lang w:val="ru-RU"/>
              </w:rPr>
              <w:br/>
            </w: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музыканты, спортсмены и др.).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0F75C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F75C7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E6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Default="006E6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5C7" w:rsidRPr="006E6BDD" w:rsidRDefault="006E6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</w:tr>
    </w:tbl>
    <w:p w:rsidR="000F75C7" w:rsidRDefault="000F75C7">
      <w:pPr>
        <w:autoSpaceDE w:val="0"/>
        <w:autoSpaceDN w:val="0"/>
        <w:spacing w:after="0" w:line="14" w:lineRule="exact"/>
      </w:pPr>
    </w:p>
    <w:p w:rsidR="000F75C7" w:rsidRDefault="000F75C7">
      <w:pPr>
        <w:sectPr w:rsidR="000F75C7">
          <w:pgSz w:w="11900" w:h="16840"/>
          <w:pgMar w:top="284" w:right="650" w:bottom="8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Default="000F75C7">
      <w:pPr>
        <w:autoSpaceDE w:val="0"/>
        <w:autoSpaceDN w:val="0"/>
        <w:spacing w:after="78" w:line="220" w:lineRule="exact"/>
      </w:pPr>
    </w:p>
    <w:p w:rsidR="000F75C7" w:rsidRDefault="006E6BDD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0F75C7" w:rsidRDefault="006E6BDD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0F75C7" w:rsidRPr="006E6BDD" w:rsidRDefault="006E6BDD">
      <w:pPr>
        <w:autoSpaceDE w:val="0"/>
        <w:autoSpaceDN w:val="0"/>
        <w:spacing w:before="166" w:after="0" w:line="271" w:lineRule="auto"/>
        <w:ind w:right="720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Ваулина Ю.Е., Дули Д., 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Подоляко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О.Е. и другие. Английский язык. 5 класс. АО «</w:t>
      </w: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Издательство«Просвещение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Книга для чтения "Джек и бобовое зернышко".</w:t>
      </w:r>
    </w:p>
    <w:p w:rsidR="000F75C7" w:rsidRPr="006E6BDD" w:rsidRDefault="006E6BDD">
      <w:pPr>
        <w:autoSpaceDE w:val="0"/>
        <w:autoSpaceDN w:val="0"/>
        <w:spacing w:before="262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F75C7" w:rsidRPr="006E6BDD" w:rsidRDefault="006E6BDD">
      <w:pPr>
        <w:autoSpaceDE w:val="0"/>
        <w:autoSpaceDN w:val="0"/>
        <w:spacing w:before="166" w:after="0" w:line="262" w:lineRule="auto"/>
        <w:ind w:right="864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Наговицына Ольга Вениаминовна. Поурочные разработки по английскому языку к УМК Ю.Е. Ваулиной, Дж. Дули и др. ("</w:t>
      </w:r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"), 5 класс. АО "Издательство «ВАКО».</w:t>
      </w:r>
    </w:p>
    <w:p w:rsidR="000F75C7" w:rsidRPr="006E6BDD" w:rsidRDefault="006E6BDD">
      <w:pPr>
        <w:autoSpaceDE w:val="0"/>
        <w:autoSpaceDN w:val="0"/>
        <w:spacing w:before="72" w:after="0" w:line="281" w:lineRule="auto"/>
        <w:ind w:right="1584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Компоненты УМК "</w:t>
      </w:r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5" / "Английский в фокусе 5" 5 класс: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Книга для учителя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Рабочие программы. Предметная линия учебников «Английский в фокусе». 5-9 классы Тренировочные упражнения в формате ГИА 5 класс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Сборник устных тем для подготовки к ГИА 5-9 класс</w:t>
      </w:r>
    </w:p>
    <w:p w:rsidR="000F75C7" w:rsidRPr="006E6BDD" w:rsidRDefault="006E6BDD">
      <w:pPr>
        <w:autoSpaceDE w:val="0"/>
        <w:autoSpaceDN w:val="0"/>
        <w:spacing w:before="262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F75C7" w:rsidRPr="006E6BDD" w:rsidRDefault="006E6BDD">
      <w:pPr>
        <w:autoSpaceDE w:val="0"/>
        <w:autoSpaceDN w:val="0"/>
        <w:spacing w:before="166" w:after="0" w:line="281" w:lineRule="auto"/>
        <w:ind w:right="8928"/>
        <w:rPr>
          <w:lang w:val="ru-RU"/>
        </w:rPr>
      </w:pPr>
      <w:proofErr w:type="spellStart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E6BDD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skysmart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E6BDD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plickers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E6BDD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wordwall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E6BDD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flippity</w:t>
      </w:r>
      <w:proofErr w:type="spellEnd"/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E6BD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google</w:t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-класс</w:t>
      </w:r>
    </w:p>
    <w:p w:rsidR="000F75C7" w:rsidRPr="006E6BDD" w:rsidRDefault="000F75C7">
      <w:pPr>
        <w:rPr>
          <w:lang w:val="ru-RU"/>
        </w:rPr>
        <w:sectPr w:rsidR="000F75C7" w:rsidRPr="006E6BD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5C7" w:rsidRPr="006E6BDD" w:rsidRDefault="000F75C7">
      <w:pPr>
        <w:autoSpaceDE w:val="0"/>
        <w:autoSpaceDN w:val="0"/>
        <w:spacing w:after="78" w:line="220" w:lineRule="exact"/>
        <w:rPr>
          <w:lang w:val="ru-RU"/>
        </w:rPr>
      </w:pPr>
    </w:p>
    <w:p w:rsidR="000F75C7" w:rsidRPr="006E6BDD" w:rsidRDefault="006E6BDD">
      <w:pPr>
        <w:autoSpaceDE w:val="0"/>
        <w:autoSpaceDN w:val="0"/>
        <w:spacing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0F75C7" w:rsidRPr="006E6BDD" w:rsidRDefault="006E6BDD">
      <w:pPr>
        <w:autoSpaceDE w:val="0"/>
        <w:autoSpaceDN w:val="0"/>
        <w:spacing w:before="346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0F75C7" w:rsidRPr="006E6BDD" w:rsidRDefault="006E6BDD">
      <w:pPr>
        <w:autoSpaceDE w:val="0"/>
        <w:autoSpaceDN w:val="0"/>
        <w:spacing w:before="166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Универсальные портативные компьютеры.</w:t>
      </w:r>
    </w:p>
    <w:p w:rsidR="000F75C7" w:rsidRPr="006E6BDD" w:rsidRDefault="006E6BDD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Лазерный принтер. Применяется для распечатывания необходимых для обучения материалов на бумаге формата А4.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Операционные системы, устанавливаемые на ПК.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Электронные словари.</w:t>
      </w:r>
    </w:p>
    <w:p w:rsidR="000F75C7" w:rsidRPr="006E6BDD" w:rsidRDefault="006E6BDD">
      <w:pPr>
        <w:autoSpaceDE w:val="0"/>
        <w:autoSpaceDN w:val="0"/>
        <w:spacing w:before="70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Учебно-методические комплексы и иллюстрации, аудиозаписи, справочники, база данных по ЕГЭ.</w:t>
      </w:r>
    </w:p>
    <w:p w:rsidR="000F75C7" w:rsidRPr="006E6BDD" w:rsidRDefault="006E6BDD">
      <w:pPr>
        <w:autoSpaceDE w:val="0"/>
        <w:autoSpaceDN w:val="0"/>
        <w:spacing w:before="600" w:after="0" w:line="230" w:lineRule="auto"/>
        <w:rPr>
          <w:lang w:val="ru-RU"/>
        </w:rPr>
      </w:pPr>
      <w:r w:rsidRPr="006E6BDD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0F75C7" w:rsidRPr="006E6BDD" w:rsidRDefault="006E6BDD">
      <w:pPr>
        <w:autoSpaceDE w:val="0"/>
        <w:autoSpaceDN w:val="0"/>
        <w:spacing w:before="168" w:after="0"/>
        <w:ind w:right="7344"/>
        <w:rPr>
          <w:lang w:val="ru-RU"/>
        </w:rPr>
      </w:pP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проектор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Акустическая система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 xml:space="preserve">Экран настенный </w:t>
      </w:r>
      <w:r w:rsidRPr="006E6BDD">
        <w:rPr>
          <w:lang w:val="ru-RU"/>
        </w:rPr>
        <w:br/>
      </w:r>
      <w:r w:rsidRPr="006E6BDD">
        <w:rPr>
          <w:rFonts w:ascii="Times New Roman" w:eastAsia="Times New Roman" w:hAnsi="Times New Roman"/>
          <w:color w:val="000000"/>
          <w:sz w:val="24"/>
          <w:lang w:val="ru-RU"/>
        </w:rPr>
        <w:t>Мобильные устройства памяти</w:t>
      </w:r>
    </w:p>
    <w:p w:rsidR="000F75C7" w:rsidRPr="006E6BDD" w:rsidRDefault="000F75C7">
      <w:pPr>
        <w:rPr>
          <w:lang w:val="ru-RU"/>
        </w:rPr>
        <w:sectPr w:rsidR="000F75C7" w:rsidRPr="006E6BD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72560" w:rsidRPr="006E6BDD" w:rsidRDefault="00A72560">
      <w:pPr>
        <w:rPr>
          <w:lang w:val="ru-RU"/>
        </w:rPr>
      </w:pPr>
    </w:p>
    <w:sectPr w:rsidR="00A72560" w:rsidRPr="006E6BD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75C7"/>
    <w:rsid w:val="0015074B"/>
    <w:rsid w:val="0029639D"/>
    <w:rsid w:val="00326F90"/>
    <w:rsid w:val="006E6BDD"/>
    <w:rsid w:val="007064BF"/>
    <w:rsid w:val="0077507C"/>
    <w:rsid w:val="00882D95"/>
    <w:rsid w:val="00A72560"/>
    <w:rsid w:val="00AA1D8D"/>
    <w:rsid w:val="00AE1078"/>
    <w:rsid w:val="00B47730"/>
    <w:rsid w:val="00BD30D8"/>
    <w:rsid w:val="00CB0664"/>
    <w:rsid w:val="00E739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9BBC6"/>
  <w14:defaultImageDpi w14:val="300"/>
  <w15:docId w15:val="{03DFFA64-9DC4-485E-A738-3BB685D2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E7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E73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7A37F1-CC1A-4690-8289-080AC4120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35</Pages>
  <Words>9621</Words>
  <Characters>54844</Characters>
  <Application>Microsoft Office Word</Application>
  <DocSecurity>0</DocSecurity>
  <Lines>457</Lines>
  <Paragraphs>128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cp:lastPrinted>2022-09-18T20:00:00Z</cp:lastPrinted>
  <dcterms:created xsi:type="dcterms:W3CDTF">2013-12-23T23:15:00Z</dcterms:created>
  <dcterms:modified xsi:type="dcterms:W3CDTF">2022-09-19T20:04:00Z</dcterms:modified>
  <cp:category/>
</cp:coreProperties>
</file>